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B21BD" w14:textId="77777777" w:rsidR="00AE558C" w:rsidRDefault="00000000">
      <w:pPr>
        <w:jc w:val="center"/>
      </w:pPr>
      <w:r>
        <w:rPr>
          <w:b/>
          <w:sz w:val="28"/>
        </w:rPr>
        <w:t>Consultation Form (for Job Applicants and Others)</w:t>
      </w:r>
    </w:p>
    <w:p w14:paraId="325A27B4" w14:textId="45076AA3" w:rsidR="00AE558C" w:rsidRDefault="00000000">
      <w:r>
        <w:t xml:space="preserve">This form is for receiving consultations regarding inappropriate </w:t>
      </w:r>
      <w:r w:rsidR="006B5A99" w:rsidRPr="006B5A99">
        <w:t>remarks or</w:t>
      </w:r>
      <w:r w:rsidR="006B5A99">
        <w:rPr>
          <w:rFonts w:hint="eastAsia"/>
          <w:lang w:eastAsia="ja-JP"/>
        </w:rPr>
        <w:t xml:space="preserve"> </w:t>
      </w:r>
      <w:r>
        <w:t xml:space="preserve">conduct by </w:t>
      </w:r>
      <w:proofErr w:type="spellStart"/>
      <w:r>
        <w:t>Samty</w:t>
      </w:r>
      <w:proofErr w:type="spellEnd"/>
      <w:r>
        <w:t xml:space="preserve"> Asset Management employees during </w:t>
      </w:r>
      <w:r w:rsidR="006B5A99" w:rsidRPr="006B5A99">
        <w:t xml:space="preserve">the recruitment </w:t>
      </w:r>
      <w:proofErr w:type="gramStart"/>
      <w:r w:rsidR="006B5A99" w:rsidRPr="006B5A99">
        <w:t>process</w:t>
      </w:r>
      <w:r w:rsidR="006B5A99">
        <w:rPr>
          <w:rFonts w:hint="eastAsia"/>
          <w:lang w:eastAsia="ja-JP"/>
        </w:rPr>
        <w:t xml:space="preserve"> </w:t>
      </w:r>
      <w:r>
        <w:t>,</w:t>
      </w:r>
      <w:proofErr w:type="gramEnd"/>
      <w:r>
        <w:t xml:space="preserve"> internships, </w:t>
      </w:r>
      <w:r w:rsidR="006B5A99" w:rsidRPr="006B5A99">
        <w:t xml:space="preserve">an informational meeting with our </w:t>
      </w:r>
      <w:proofErr w:type="gramStart"/>
      <w:r w:rsidR="006B5A99" w:rsidRPr="006B5A99">
        <w:t>employees</w:t>
      </w:r>
      <w:r w:rsidR="006B5A99">
        <w:rPr>
          <w:rFonts w:hint="eastAsia"/>
          <w:lang w:eastAsia="ja-JP"/>
        </w:rPr>
        <w:t xml:space="preserve"> </w:t>
      </w:r>
      <w:r>
        <w:t>,</w:t>
      </w:r>
      <w:proofErr w:type="gramEnd"/>
      <w:r>
        <w:t xml:space="preserve"> or similar occasions. Submitting a consultation will never result in any disadvantage in the selection process. Your privacy will be strictly protected.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4314"/>
        <w:gridCol w:w="4316"/>
      </w:tblGrid>
      <w:tr w:rsidR="00AE558C" w14:paraId="27B4863C" w14:textId="77777777">
        <w:tc>
          <w:tcPr>
            <w:tcW w:w="4320" w:type="dxa"/>
          </w:tcPr>
          <w:p w14:paraId="47B1E847" w14:textId="4892BEDD" w:rsidR="00AE558C" w:rsidRDefault="00000000">
            <w:r>
              <w:rPr>
                <w:b/>
              </w:rPr>
              <w:t xml:space="preserve">Date </w:t>
            </w:r>
          </w:p>
        </w:tc>
        <w:tc>
          <w:tcPr>
            <w:tcW w:w="4320" w:type="dxa"/>
          </w:tcPr>
          <w:p w14:paraId="0F28B500" w14:textId="77777777" w:rsidR="00AE558C" w:rsidRDefault="00000000">
            <w:r>
              <w:t>Year          Month          Day</w:t>
            </w:r>
          </w:p>
        </w:tc>
      </w:tr>
      <w:tr w:rsidR="00AE558C" w14:paraId="5DE71209" w14:textId="77777777">
        <w:tc>
          <w:tcPr>
            <w:tcW w:w="4320" w:type="dxa"/>
          </w:tcPr>
          <w:p w14:paraId="538E7F57" w14:textId="77777777" w:rsidR="00AE558C" w:rsidRDefault="00000000">
            <w:r>
              <w:rPr>
                <w:b/>
              </w:rPr>
              <w:t>Name</w:t>
            </w:r>
          </w:p>
        </w:tc>
        <w:tc>
          <w:tcPr>
            <w:tcW w:w="4320" w:type="dxa"/>
          </w:tcPr>
          <w:p w14:paraId="1CB81AC1" w14:textId="77777777" w:rsidR="00AE558C" w:rsidRDefault="00000000">
            <w:r>
              <w:t>(Optional. You may remain anonymous.)</w:t>
            </w:r>
          </w:p>
        </w:tc>
      </w:tr>
      <w:tr w:rsidR="00AE558C" w14:paraId="58AD6CC4" w14:textId="77777777">
        <w:tc>
          <w:tcPr>
            <w:tcW w:w="4320" w:type="dxa"/>
          </w:tcPr>
          <w:p w14:paraId="04ABDEC1" w14:textId="77777777" w:rsidR="00AE558C" w:rsidRDefault="00000000">
            <w:r>
              <w:rPr>
                <w:b/>
              </w:rPr>
              <w:t>Category</w:t>
            </w:r>
          </w:p>
        </w:tc>
        <w:tc>
          <w:tcPr>
            <w:tcW w:w="4320" w:type="dxa"/>
          </w:tcPr>
          <w:p w14:paraId="508D52C7" w14:textId="77777777" w:rsidR="00AE558C" w:rsidRDefault="00000000">
            <w:r>
              <w:t xml:space="preserve">☐ Job applicant / candidate   ☐ Internship participant   ☐ Alumni (OB/OG) visit   ☐ Other </w:t>
            </w:r>
            <w:proofErr w:type="gramStart"/>
            <w:r>
              <w:t xml:space="preserve">(  </w:t>
            </w:r>
            <w:proofErr w:type="gramEnd"/>
            <w:r>
              <w:t xml:space="preserve">        </w:t>
            </w:r>
            <w:proofErr w:type="gramStart"/>
            <w:r>
              <w:t xml:space="preserve">  )</w:t>
            </w:r>
            <w:proofErr w:type="gramEnd"/>
          </w:p>
        </w:tc>
      </w:tr>
      <w:tr w:rsidR="00AE558C" w14:paraId="6F9DF0EA" w14:textId="77777777">
        <w:tc>
          <w:tcPr>
            <w:tcW w:w="4320" w:type="dxa"/>
          </w:tcPr>
          <w:p w14:paraId="10327831" w14:textId="77777777" w:rsidR="00AE558C" w:rsidRDefault="00000000">
            <w:r>
              <w:rPr>
                <w:b/>
              </w:rPr>
              <w:t>University / School, etc.</w:t>
            </w:r>
          </w:p>
        </w:tc>
        <w:tc>
          <w:tcPr>
            <w:tcW w:w="4320" w:type="dxa"/>
          </w:tcPr>
          <w:p w14:paraId="7B39B33C" w14:textId="77777777" w:rsidR="00AE558C" w:rsidRDefault="00000000">
            <w:r>
              <w:t>(Optional)</w:t>
            </w:r>
          </w:p>
        </w:tc>
      </w:tr>
      <w:tr w:rsidR="00AE558C" w14:paraId="1190A806" w14:textId="77777777">
        <w:tc>
          <w:tcPr>
            <w:tcW w:w="4320" w:type="dxa"/>
          </w:tcPr>
          <w:p w14:paraId="19304569" w14:textId="77777777" w:rsidR="00AE558C" w:rsidRDefault="00000000">
            <w:r>
              <w:rPr>
                <w:b/>
              </w:rPr>
              <w:t>Position Applied for / Selection Stage</w:t>
            </w:r>
          </w:p>
        </w:tc>
        <w:tc>
          <w:tcPr>
            <w:tcW w:w="4320" w:type="dxa"/>
          </w:tcPr>
          <w:p w14:paraId="6BE37F1F" w14:textId="77777777" w:rsidR="00AE558C" w:rsidRDefault="00000000">
            <w:r>
              <w:t>(e.g., Career-track position / after first interview)</w:t>
            </w:r>
          </w:p>
        </w:tc>
      </w:tr>
      <w:tr w:rsidR="00AE558C" w14:paraId="612C4A0E" w14:textId="77777777">
        <w:tc>
          <w:tcPr>
            <w:tcW w:w="4320" w:type="dxa"/>
          </w:tcPr>
          <w:p w14:paraId="758AA70C" w14:textId="77777777" w:rsidR="00AE558C" w:rsidRDefault="00000000">
            <w:r>
              <w:rPr>
                <w:b/>
              </w:rPr>
              <w:t>When (Date and Time)</w:t>
            </w:r>
          </w:p>
        </w:tc>
        <w:tc>
          <w:tcPr>
            <w:tcW w:w="4320" w:type="dxa"/>
          </w:tcPr>
          <w:p w14:paraId="63377264" w14:textId="77777777" w:rsidR="00AE558C" w:rsidRDefault="00000000">
            <w:r>
              <w:t>Year          Month          Day     at approx.          :</w:t>
            </w:r>
          </w:p>
        </w:tc>
      </w:tr>
      <w:tr w:rsidR="00AE558C" w14:paraId="68F66F47" w14:textId="77777777">
        <w:tc>
          <w:tcPr>
            <w:tcW w:w="4320" w:type="dxa"/>
          </w:tcPr>
          <w:p w14:paraId="7B21F238" w14:textId="40B10159" w:rsidR="00AE558C" w:rsidRDefault="00000000">
            <w:r>
              <w:rPr>
                <w:b/>
              </w:rPr>
              <w:t xml:space="preserve">Where (Location / </w:t>
            </w:r>
            <w:r w:rsidR="006B5A99" w:rsidRPr="006B5A99">
              <w:rPr>
                <w:b/>
              </w:rPr>
              <w:t xml:space="preserve">Method of </w:t>
            </w:r>
            <w:proofErr w:type="gramStart"/>
            <w:r w:rsidR="006B5A99" w:rsidRPr="006B5A99">
              <w:rPr>
                <w:b/>
              </w:rPr>
              <w:t>Contact</w:t>
            </w:r>
            <w:r w:rsidR="006B5A99">
              <w:rPr>
                <w:rFonts w:hint="eastAsia"/>
                <w:b/>
                <w:lang w:eastAsia="ja-JP"/>
              </w:rPr>
              <w:t xml:space="preserve"> </w:t>
            </w:r>
            <w:r>
              <w:rPr>
                <w:b/>
              </w:rPr>
              <w:t>)</w:t>
            </w:r>
            <w:proofErr w:type="gramEnd"/>
          </w:p>
        </w:tc>
        <w:tc>
          <w:tcPr>
            <w:tcW w:w="4320" w:type="dxa"/>
          </w:tcPr>
          <w:p w14:paraId="60564734" w14:textId="77777777" w:rsidR="00AE558C" w:rsidRDefault="00000000">
            <w:r>
              <w:t>☐ Company premises   ☐ Online   ☐ Restaurant/bar, etc.   ☐ Telephone   ☐ Email   ☐ Social media   ☐ Other</w:t>
            </w:r>
          </w:p>
        </w:tc>
      </w:tr>
      <w:tr w:rsidR="00AE558C" w14:paraId="319EA109" w14:textId="77777777">
        <w:tc>
          <w:tcPr>
            <w:tcW w:w="4320" w:type="dxa"/>
          </w:tcPr>
          <w:p w14:paraId="5117EB61" w14:textId="77777777" w:rsidR="00AE558C" w:rsidRDefault="00000000">
            <w:r>
              <w:rPr>
                <w:b/>
              </w:rPr>
              <w:t>By Whom (to the extent known)</w:t>
            </w:r>
          </w:p>
        </w:tc>
        <w:tc>
          <w:tcPr>
            <w:tcW w:w="4320" w:type="dxa"/>
          </w:tcPr>
          <w:p w14:paraId="1DADDA5B" w14:textId="77777777" w:rsidR="00AE558C" w:rsidRDefault="00000000">
            <w:r>
              <w:t>(Please provide the name and department of the person involved, if known.)</w:t>
            </w:r>
          </w:p>
        </w:tc>
      </w:tr>
      <w:tr w:rsidR="00AE558C" w14:paraId="54566094" w14:textId="77777777">
        <w:tc>
          <w:tcPr>
            <w:tcW w:w="4320" w:type="dxa"/>
          </w:tcPr>
          <w:p w14:paraId="2D94B727" w14:textId="77777777" w:rsidR="00AE558C" w:rsidRDefault="00000000">
            <w:r>
              <w:rPr>
                <w:b/>
              </w:rPr>
              <w:t>Details of Consultation (What happened and how)</w:t>
            </w:r>
          </w:p>
        </w:tc>
        <w:tc>
          <w:tcPr>
            <w:tcW w:w="4320" w:type="dxa"/>
          </w:tcPr>
          <w:p w14:paraId="3D4327B0" w14:textId="618D7DBC" w:rsidR="00AE558C" w:rsidRDefault="00000000">
            <w:r>
              <w:t>*</w:t>
            </w:r>
            <w:r w:rsidR="006B5A99" w:rsidRPr="006B5A99">
              <w:t xml:space="preserve">Please briefly describe who, what, when, where, why, and </w:t>
            </w:r>
            <w:proofErr w:type="gramStart"/>
            <w:r w:rsidR="006B5A99" w:rsidRPr="006B5A99">
              <w:t>how.</w:t>
            </w:r>
            <w:r>
              <w:t>.</w:t>
            </w:r>
            <w:proofErr w:type="gramEnd"/>
            <w:r>
              <w:t xml:space="preserve"> If there were multiple incidents, please list them in bullet points in chronological order.</w:t>
            </w:r>
          </w:p>
        </w:tc>
      </w:tr>
      <w:tr w:rsidR="00AE558C" w14:paraId="25EC2022" w14:textId="77777777">
        <w:tc>
          <w:tcPr>
            <w:tcW w:w="4320" w:type="dxa"/>
          </w:tcPr>
          <w:p w14:paraId="10C3FF36" w14:textId="77777777" w:rsidR="00AE558C" w:rsidRDefault="00000000">
            <w:r>
              <w:rPr>
                <w:b/>
              </w:rPr>
              <w:t>Requested Action</w:t>
            </w:r>
          </w:p>
        </w:tc>
        <w:tc>
          <w:tcPr>
            <w:tcW w:w="4320" w:type="dxa"/>
          </w:tcPr>
          <w:p w14:paraId="4A226E3E" w14:textId="0C1D7D4D" w:rsidR="00AE558C" w:rsidRDefault="00000000">
            <w:r>
              <w:t xml:space="preserve">☐ Fact-finding investigation   ☐ </w:t>
            </w:r>
            <w:r w:rsidR="006B5A99">
              <w:rPr>
                <w:rFonts w:hint="eastAsia"/>
                <w:lang w:eastAsia="ja-JP"/>
              </w:rPr>
              <w:t xml:space="preserve">Keep on </w:t>
            </w:r>
            <w:r>
              <w:t xml:space="preserve">Record only   ☐ </w:t>
            </w:r>
            <w:r w:rsidR="006B5A99">
              <w:rPr>
                <w:rFonts w:hint="eastAsia"/>
                <w:lang w:eastAsia="ja-JP"/>
              </w:rPr>
              <w:t>Discussion</w:t>
            </w:r>
            <w:r>
              <w:t xml:space="preserve"> only   ☐ Undecided</w:t>
            </w:r>
          </w:p>
        </w:tc>
      </w:tr>
      <w:tr w:rsidR="00AE558C" w14:paraId="1CFD872F" w14:textId="77777777">
        <w:tc>
          <w:tcPr>
            <w:tcW w:w="4320" w:type="dxa"/>
          </w:tcPr>
          <w:p w14:paraId="6E99897F" w14:textId="77777777" w:rsidR="00AE558C" w:rsidRDefault="00000000">
            <w:r>
              <w:rPr>
                <w:b/>
              </w:rPr>
              <w:t>Preferred Contact Method / Contact Details</w:t>
            </w:r>
          </w:p>
        </w:tc>
        <w:tc>
          <w:tcPr>
            <w:tcW w:w="4320" w:type="dxa"/>
          </w:tcPr>
          <w:p w14:paraId="133CC27A" w14:textId="77777777" w:rsidR="00AE558C" w:rsidRDefault="00000000">
            <w:r>
              <w:t xml:space="preserve">☐ Email </w:t>
            </w:r>
            <w:proofErr w:type="gramStart"/>
            <w:r>
              <w:t xml:space="preserve">(  </w:t>
            </w:r>
            <w:proofErr w:type="gramEnd"/>
            <w:r>
              <w:t xml:space="preserve">                          </w:t>
            </w:r>
            <w:proofErr w:type="gramStart"/>
            <w:r>
              <w:t xml:space="preserve">  )</w:t>
            </w:r>
            <w:proofErr w:type="gramEnd"/>
            <w:r>
              <w:t xml:space="preserve">   ☐ Telephone </w:t>
            </w:r>
            <w:proofErr w:type="gramStart"/>
            <w:r>
              <w:t xml:space="preserve">(  </w:t>
            </w:r>
            <w:proofErr w:type="gramEnd"/>
            <w:r>
              <w:t xml:space="preserve">                </w:t>
            </w:r>
            <w:proofErr w:type="gramStart"/>
            <w:r>
              <w:t xml:space="preserve">  )</w:t>
            </w:r>
            <w:proofErr w:type="gramEnd"/>
            <w:r>
              <w:t xml:space="preserve">   ☐ No contact needed</w:t>
            </w:r>
          </w:p>
        </w:tc>
      </w:tr>
    </w:tbl>
    <w:p w14:paraId="4537C6C7" w14:textId="77777777" w:rsidR="00AE558C" w:rsidRDefault="00AE558C"/>
    <w:p w14:paraId="07D19CAF" w14:textId="77777777" w:rsidR="00AE558C" w:rsidRDefault="00000000">
      <w:r>
        <w:t>* The information you provide will be used solely for the purpose of handling this matter and will never be used in making hiring decisions.</w:t>
      </w:r>
    </w:p>
    <w:sectPr w:rsidR="00AE558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649983">
    <w:abstractNumId w:val="8"/>
  </w:num>
  <w:num w:numId="2" w16cid:durableId="1739815897">
    <w:abstractNumId w:val="6"/>
  </w:num>
  <w:num w:numId="3" w16cid:durableId="1676226743">
    <w:abstractNumId w:val="5"/>
  </w:num>
  <w:num w:numId="4" w16cid:durableId="1546868631">
    <w:abstractNumId w:val="4"/>
  </w:num>
  <w:num w:numId="5" w16cid:durableId="1592809955">
    <w:abstractNumId w:val="7"/>
  </w:num>
  <w:num w:numId="6" w16cid:durableId="1790053886">
    <w:abstractNumId w:val="3"/>
  </w:num>
  <w:num w:numId="7" w16cid:durableId="974025401">
    <w:abstractNumId w:val="2"/>
  </w:num>
  <w:num w:numId="8" w16cid:durableId="1307927327">
    <w:abstractNumId w:val="1"/>
  </w:num>
  <w:num w:numId="9" w16cid:durableId="1089497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2A27"/>
    <w:rsid w:val="00326F90"/>
    <w:rsid w:val="00672566"/>
    <w:rsid w:val="006B5A99"/>
    <w:rsid w:val="006F19FD"/>
    <w:rsid w:val="00AA1D8D"/>
    <w:rsid w:val="00AE558C"/>
    <w:rsid w:val="00B47730"/>
    <w:rsid w:val="00CB0664"/>
    <w:rsid w:val="00D7107B"/>
    <w:rsid w:val="00DE6E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F23AD1"/>
  <w14:defaultImageDpi w14:val="300"/>
  <w15:docId w15:val="{63E74AD0-8F3A-4C22-B1F0-CBB209DE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entury" w:hAnsi="Century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6B5A99"/>
    <w:pPr>
      <w:spacing w:after="0" w:line="240" w:lineRule="auto"/>
    </w:pPr>
    <w:rPr>
      <w:rFonts w:ascii="Century" w:hAnsi="Century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森坂 和之</cp:lastModifiedBy>
  <cp:revision>4</cp:revision>
  <dcterms:created xsi:type="dcterms:W3CDTF">2026-09-28T03:58:00Z</dcterms:created>
  <dcterms:modified xsi:type="dcterms:W3CDTF">2026-09-28T05:10:00Z</dcterms:modified>
  <cp:category/>
</cp:coreProperties>
</file>